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Arial" w:hAnsi="Arial"/>
          <w:b w:val="0"/>
          <w:i w:val="0"/>
          <w:color w:val="000000"/>
          <w:sz w:val="44"/>
        </w:rPr>
        <w:t>MEENU MADHU</w:t>
      </w:r>
    </w:p>
    <w:p>
      <w:pPr>
        <w:spacing w:after="40"/>
        <w:jc w:val="center"/>
      </w:pPr>
      <w:r>
        <w:rPr>
          <w:rFonts w:ascii="Arial" w:hAnsi="Arial"/>
          <w:b w:val="0"/>
          <w:i w:val="0"/>
          <w:color w:val="000000"/>
          <w:sz w:val="23"/>
        </w:rPr>
        <w:t>meenumadhu3098@gmail.com  |  +971 52 819 6898</w:t>
      </w:r>
    </w:p>
    <w:p>
      <w:pPr>
        <w:spacing w:after="40"/>
        <w:jc w:val="center"/>
      </w:pPr>
      <w:r>
        <w:rPr>
          <w:rFonts w:ascii="Arial" w:hAnsi="Arial"/>
          <w:b w:val="0"/>
          <w:i w:val="0"/>
          <w:color w:val="000000"/>
          <w:sz w:val="23"/>
        </w:rPr>
        <w:t>Dubai, United Arab Emirates</w:t>
      </w:r>
    </w:p>
    <w:p>
      <w:pPr>
        <w:spacing w:after="200"/>
        <w:jc w:val="center"/>
      </w:pPr>
      <w:r>
        <w:rPr>
          <w:rFonts w:ascii="Arial" w:hAnsi="Arial"/>
          <w:b w:val="0"/>
          <w:i w:val="0"/>
          <w:color w:val="000000"/>
          <w:sz w:val="23"/>
        </w:rPr>
        <w:t>linkedin.com/in/meenu-madhu98</w:t>
      </w:r>
    </w:p>
    <w:p>
      <w:pPr>
        <w:keepNext/>
        <w:spacing w:before="100" w:after="100"/>
        <w:pBdr>
          <w:bottom w:val="single" w:sz="5" w:space="3" w:color="656565"/>
        </w:pBdr>
      </w:pPr>
      <w:r>
        <w:rPr>
          <w:rFonts w:ascii="Arial" w:hAnsi="Arial"/>
          <w:b/>
          <w:i w:val="0"/>
          <w:color w:val="000000"/>
          <w:sz w:val="28"/>
        </w:rPr>
        <w:t>Summary</w:t>
      </w:r>
    </w:p>
    <w:p>
      <w:pPr>
        <w:spacing w:after="80" w:line="254" w:lineRule="auto"/>
      </w:pPr>
      <w:r>
        <w:rPr>
          <w:rFonts w:ascii="Arial" w:hAnsi="Arial"/>
          <w:b w:val="0"/>
          <w:i w:val="0"/>
          <w:color w:val="000000"/>
          <w:sz w:val="24"/>
        </w:rPr>
        <w:t>Frontend-focused Full Stack Developer with 4+ years of experience delivering web, mobile, and cloud-connected applications. Experienced across Angular, React, Next.js, React Native, .NET, Laravel, PHP, REST APIs, AWS, and Azure, with hands-on involvement in feature development, backend integration, testing, deployment support, and AI-assisted workflows.</w:t>
      </w:r>
    </w:p>
    <w:p>
      <w:pPr>
        <w:keepNext/>
        <w:spacing w:before="220" w:after="100"/>
        <w:pBdr>
          <w:bottom w:val="single" w:sz="5" w:space="3" w:color="656565"/>
        </w:pBdr>
      </w:pPr>
      <w:r>
        <w:rPr>
          <w:rFonts w:ascii="Arial" w:hAnsi="Arial"/>
          <w:b/>
          <w:i w:val="0"/>
          <w:color w:val="000000"/>
          <w:sz w:val="28"/>
        </w:rPr>
        <w:t>Work Experience</w:t>
      </w:r>
    </w:p>
    <w:p>
      <w:pPr>
        <w:keepNext/>
        <w:tabs>
          <w:tab w:pos="9907" w:val="right"/>
        </w:tabs>
        <w:spacing w:before="120" w:after="20"/>
      </w:pPr>
      <w:r>
        <w:rPr>
          <w:rFonts w:ascii="Arial" w:hAnsi="Arial"/>
          <w:b/>
          <w:i w:val="0"/>
          <w:color w:val="000000"/>
          <w:sz w:val="26"/>
        </w:rPr>
        <w:t>Full Stack Developer</w:t>
      </w:r>
      <w:r>
        <w:rPr>
          <w:rFonts w:ascii="Arial" w:hAnsi="Arial"/>
          <w:b w:val="0"/>
          <w:i w:val="0"/>
          <w:color w:val="000000"/>
          <w:sz w:val="24"/>
        </w:rPr>
        <w:tab/>
        <w:t>Sep 2025 - Present</w:t>
      </w:r>
    </w:p>
    <w:p>
      <w:pPr>
        <w:keepNext/>
        <w:spacing w:after="80"/>
      </w:pPr>
      <w:r>
        <w:rPr>
          <w:rFonts w:ascii="Arial" w:hAnsi="Arial"/>
          <w:b w:val="0"/>
          <w:i/>
          <w:color w:val="3D3D3D"/>
          <w:sz w:val="23"/>
        </w:rPr>
        <w:t>Mix Global FZCO | Dubai, UAE</w:t>
      </w:r>
    </w:p>
    <w:p>
      <w:pPr>
        <w:spacing w:after="66" w:line="252" w:lineRule="auto"/>
        <w:ind w:left="317" w:hanging="230"/>
      </w:pPr>
      <w:r>
        <w:rPr>
          <w:rFonts w:ascii="Arial" w:hAnsi="Arial"/>
          <w:b w:val="0"/>
          <w:i w:val="0"/>
          <w:color w:val="000000"/>
          <w:sz w:val="24"/>
        </w:rPr>
        <w:t>- Develop and maintain scalable full-stack applications, including GSM Feed, Coolmix, and Project Mix, using modern frontend and backend technologies.</w:t>
      </w:r>
    </w:p>
    <w:p>
      <w:pPr>
        <w:spacing w:after="66" w:line="252" w:lineRule="auto"/>
        <w:ind w:left="317" w:hanging="230"/>
      </w:pPr>
      <w:r>
        <w:rPr>
          <w:rFonts w:ascii="Arial" w:hAnsi="Arial"/>
          <w:b w:val="0"/>
          <w:i w:val="0"/>
          <w:color w:val="000000"/>
          <w:sz w:val="24"/>
        </w:rPr>
        <w:t>- Design and implement RESTful APIs, database architectures, and business workflows for enterprise applications.</w:t>
      </w:r>
    </w:p>
    <w:p>
      <w:pPr>
        <w:spacing w:after="66" w:line="252" w:lineRule="auto"/>
        <w:ind w:left="317" w:hanging="230"/>
      </w:pPr>
      <w:r>
        <w:rPr>
          <w:rFonts w:ascii="Arial" w:hAnsi="Arial"/>
          <w:b w:val="0"/>
          <w:i w:val="0"/>
          <w:color w:val="000000"/>
          <w:sz w:val="24"/>
        </w:rPr>
        <w:t>- Collaborate with product managers, designers, and cross-functional teams while maintaining code quality through Git, reviews, testing, and production deployments.</w:t>
      </w:r>
    </w:p>
    <w:p>
      <w:pPr>
        <w:spacing w:after="66" w:line="252" w:lineRule="auto"/>
        <w:ind w:left="317" w:hanging="230"/>
      </w:pPr>
      <w:r>
        <w:rPr>
          <w:rFonts w:ascii="Arial" w:hAnsi="Arial"/>
          <w:b w:val="0"/>
          <w:i w:val="0"/>
          <w:color w:val="000000"/>
          <w:sz w:val="24"/>
        </w:rPr>
        <w:t>- Build cross-platform mobile features using React Native and Expo for iOS and Android, supported by AI-assisted workflows.</w:t>
      </w:r>
    </w:p>
    <w:p>
      <w:pPr>
        <w:keepNext/>
        <w:tabs>
          <w:tab w:pos="9907" w:val="right"/>
        </w:tabs>
        <w:spacing w:before="120" w:after="20"/>
      </w:pPr>
      <w:r>
        <w:rPr>
          <w:rFonts w:ascii="Arial" w:hAnsi="Arial"/>
          <w:b/>
          <w:i w:val="0"/>
          <w:color w:val="000000"/>
          <w:sz w:val="26"/>
        </w:rPr>
        <w:t>Software Engineer</w:t>
      </w:r>
      <w:r>
        <w:rPr>
          <w:rFonts w:ascii="Arial" w:hAnsi="Arial"/>
          <w:b w:val="0"/>
          <w:i w:val="0"/>
          <w:color w:val="000000"/>
          <w:sz w:val="24"/>
        </w:rPr>
        <w:tab/>
        <w:t>Dec 2021 - Apr 2025</w:t>
      </w:r>
    </w:p>
    <w:p>
      <w:pPr>
        <w:keepNext/>
        <w:spacing w:after="80"/>
      </w:pPr>
      <w:r>
        <w:rPr>
          <w:rFonts w:ascii="Arial" w:hAnsi="Arial"/>
          <w:b w:val="0"/>
          <w:i/>
          <w:color w:val="3D3D3D"/>
          <w:sz w:val="23"/>
        </w:rPr>
        <w:t>Quest Global | Thiruvananthapuram, India</w:t>
      </w:r>
    </w:p>
    <w:p>
      <w:pPr>
        <w:spacing w:after="66" w:line="252" w:lineRule="auto"/>
        <w:ind w:left="317" w:hanging="230"/>
      </w:pPr>
      <w:r>
        <w:rPr>
          <w:rFonts w:ascii="Arial" w:hAnsi="Arial"/>
          <w:b w:val="0"/>
          <w:i w:val="0"/>
          <w:color w:val="000000"/>
          <w:sz w:val="24"/>
        </w:rPr>
        <w:t>- Developed and enhanced Angular-based enterprise applications, including the Muse Elevar project.</w:t>
      </w:r>
    </w:p>
    <w:p>
      <w:pPr>
        <w:spacing w:after="66" w:line="252" w:lineRule="auto"/>
        <w:ind w:left="317" w:hanging="230"/>
      </w:pPr>
      <w:r>
        <w:rPr>
          <w:rFonts w:ascii="Arial" w:hAnsi="Arial"/>
          <w:b w:val="0"/>
          <w:i w:val="0"/>
          <w:color w:val="000000"/>
          <w:sz w:val="24"/>
        </w:rPr>
        <w:t>- Implemented user-facing features, maintained existing modules, and contributed to .NET backend integration and application APIs.</w:t>
      </w:r>
    </w:p>
    <w:p>
      <w:pPr>
        <w:spacing w:after="66" w:line="252" w:lineRule="auto"/>
        <w:ind w:left="317" w:hanging="230"/>
      </w:pPr>
      <w:r>
        <w:rPr>
          <w:rFonts w:ascii="Arial" w:hAnsi="Arial"/>
          <w:b w:val="0"/>
          <w:i w:val="0"/>
          <w:color w:val="000000"/>
          <w:sz w:val="24"/>
        </w:rPr>
        <w:t>- Supported cloud-related development and deployments across AWS and Microsoft Azure environments.</w:t>
      </w:r>
    </w:p>
    <w:p>
      <w:pPr>
        <w:spacing w:after="66" w:line="252" w:lineRule="auto"/>
        <w:ind w:left="317" w:hanging="230"/>
      </w:pPr>
      <w:r>
        <w:rPr>
          <w:rFonts w:ascii="Arial" w:hAnsi="Arial"/>
          <w:b w:val="0"/>
          <w:i w:val="0"/>
          <w:color w:val="000000"/>
          <w:sz w:val="24"/>
        </w:rPr>
        <w:t>- Participated in debugging, manual testing, defect resolution, release support, and Java-based development exposure.</w:t>
      </w:r>
    </w:p>
    <w:p>
      <w:pPr>
        <w:keepNext/>
        <w:spacing w:before="220" w:after="100"/>
        <w:pBdr>
          <w:bottom w:val="single" w:sz="5" w:space="3" w:color="656565"/>
        </w:pBdr>
      </w:pPr>
      <w:r>
        <w:rPr>
          <w:rFonts w:ascii="Arial" w:hAnsi="Arial"/>
          <w:b/>
          <w:i w:val="0"/>
          <w:color w:val="000000"/>
          <w:sz w:val="28"/>
        </w:rPr>
        <w:t>Technical Skills</w:t>
      </w:r>
    </w:p>
    <w:p>
      <w:pPr>
        <w:spacing w:after="50" w:line="250" w:lineRule="auto"/>
      </w:pPr>
      <w:r>
        <w:rPr>
          <w:rFonts w:ascii="Arial" w:hAnsi="Arial"/>
          <w:b/>
          <w:i w:val="0"/>
          <w:color w:val="000000"/>
          <w:sz w:val="24"/>
        </w:rPr>
        <w:t xml:space="preserve">Frontend: </w:t>
      </w:r>
      <w:r>
        <w:rPr>
          <w:rFonts w:ascii="Arial" w:hAnsi="Arial"/>
          <w:b w:val="0"/>
          <w:i w:val="0"/>
          <w:color w:val="000000"/>
          <w:sz w:val="24"/>
        </w:rPr>
        <w:t>Angular, React.js, Next.js, TypeScript, JavaScript, HTML5, CSS3, responsive web development</w:t>
      </w:r>
    </w:p>
    <w:p>
      <w:pPr>
        <w:spacing w:after="50" w:line="250" w:lineRule="auto"/>
      </w:pPr>
      <w:r>
        <w:rPr>
          <w:rFonts w:ascii="Arial" w:hAnsi="Arial"/>
          <w:b/>
          <w:i w:val="0"/>
          <w:color w:val="000000"/>
          <w:sz w:val="24"/>
        </w:rPr>
        <w:t xml:space="preserve">Mobile: </w:t>
      </w:r>
      <w:r>
        <w:rPr>
          <w:rFonts w:ascii="Arial" w:hAnsi="Arial"/>
          <w:b w:val="0"/>
          <w:i w:val="0"/>
          <w:color w:val="000000"/>
          <w:sz w:val="24"/>
        </w:rPr>
        <w:t>React Native, Expo, cross-platform iOS and Android development</w:t>
      </w:r>
    </w:p>
    <w:p>
      <w:pPr>
        <w:spacing w:after="50" w:line="250" w:lineRule="auto"/>
      </w:pPr>
      <w:r>
        <w:rPr>
          <w:rFonts w:ascii="Arial" w:hAnsi="Arial"/>
          <w:b/>
          <w:i w:val="0"/>
          <w:color w:val="000000"/>
          <w:sz w:val="24"/>
        </w:rPr>
        <w:t xml:space="preserve">Backend and Data: </w:t>
      </w:r>
      <w:r>
        <w:rPr>
          <w:rFonts w:ascii="Arial" w:hAnsi="Arial"/>
          <w:b w:val="0"/>
          <w:i w:val="0"/>
          <w:color w:val="000000"/>
          <w:sz w:val="24"/>
        </w:rPr>
        <w:t>.NET, Laravel, PHP, Java, REST API design and integration, database-backed workflows</w:t>
      </w:r>
    </w:p>
    <w:p>
      <w:pPr>
        <w:spacing w:after="50" w:line="250" w:lineRule="auto"/>
      </w:pPr>
      <w:r>
        <w:rPr>
          <w:rFonts w:ascii="Arial" w:hAnsi="Arial"/>
          <w:b/>
          <w:i w:val="0"/>
          <w:color w:val="000000"/>
          <w:sz w:val="24"/>
        </w:rPr>
        <w:t xml:space="preserve">Cloud and DevOps: </w:t>
      </w:r>
      <w:r>
        <w:rPr>
          <w:rFonts w:ascii="Arial" w:hAnsi="Arial"/>
          <w:b w:val="0"/>
          <w:i w:val="0"/>
          <w:color w:val="000000"/>
          <w:sz w:val="24"/>
        </w:rPr>
        <w:t>AWS, Microsoft Azure, Docker, CI/CD concepts, Git, code review, deployment support</w:t>
      </w:r>
    </w:p>
    <w:p>
      <w:pPr>
        <w:spacing w:after="50" w:line="250" w:lineRule="auto"/>
      </w:pPr>
      <w:r>
        <w:rPr>
          <w:rFonts w:ascii="Arial" w:hAnsi="Arial"/>
          <w:b/>
          <w:i w:val="0"/>
          <w:color w:val="000000"/>
          <w:sz w:val="24"/>
        </w:rPr>
        <w:t xml:space="preserve">Quality and AI: </w:t>
      </w:r>
      <w:r>
        <w:rPr>
          <w:rFonts w:ascii="Arial" w:hAnsi="Arial"/>
          <w:b w:val="0"/>
          <w:i w:val="0"/>
          <w:color w:val="000000"/>
          <w:sz w:val="24"/>
        </w:rPr>
        <w:t>Debugging, manual testing, Agile collaboration, AI-assisted development, prompt workflows</w:t>
      </w:r>
    </w:p>
    <w:p>
      <w:pPr>
        <w:keepNext/>
        <w:spacing w:before="0" w:after="100"/>
        <w:pBdr>
          <w:bottom w:val="single" w:sz="5" w:space="3" w:color="656565"/>
        </w:pBdr>
      </w:pPr>
      <w:r>
        <w:rPr>
          <w:rFonts w:ascii="Arial" w:hAnsi="Arial"/>
          <w:b/>
          <w:i w:val="0"/>
          <w:color w:val="000000"/>
          <w:sz w:val="28"/>
        </w:rPr>
        <w:t>Professional Strengths</w:t>
      </w:r>
    </w:p>
    <w:p>
      <w:pPr>
        <w:spacing w:after="60" w:line="250" w:lineRule="auto"/>
      </w:pPr>
      <w:r>
        <w:rPr>
          <w:rFonts w:ascii="Arial" w:hAnsi="Arial"/>
          <w:b/>
          <w:i w:val="0"/>
          <w:color w:val="000000"/>
          <w:sz w:val="24"/>
        </w:rPr>
        <w:t xml:space="preserve">Communication: </w:t>
      </w:r>
      <w:r>
        <w:rPr>
          <w:rFonts w:ascii="Arial" w:hAnsi="Arial"/>
          <w:b w:val="0"/>
          <w:i w:val="0"/>
          <w:color w:val="000000"/>
          <w:sz w:val="24"/>
        </w:rPr>
        <w:t>Collaborates with product managers, designers, engineers, and other stakeholders across delivery workflows</w:t>
      </w:r>
    </w:p>
    <w:p>
      <w:pPr>
        <w:spacing w:after="60" w:line="250" w:lineRule="auto"/>
      </w:pPr>
      <w:r>
        <w:rPr>
          <w:rFonts w:ascii="Arial" w:hAnsi="Arial"/>
          <w:b/>
          <w:i w:val="0"/>
          <w:color w:val="000000"/>
          <w:sz w:val="24"/>
        </w:rPr>
        <w:t xml:space="preserve">Teamwork: </w:t>
      </w:r>
      <w:r>
        <w:rPr>
          <w:rFonts w:ascii="Arial" w:hAnsi="Arial"/>
          <w:b w:val="0"/>
          <w:i w:val="0"/>
          <w:color w:val="000000"/>
          <w:sz w:val="24"/>
        </w:rPr>
        <w:t>Works effectively in cross-functional teams and contributes through reviews, testing, debugging, and release support</w:t>
      </w:r>
    </w:p>
    <w:p>
      <w:pPr>
        <w:spacing w:after="60" w:line="250" w:lineRule="auto"/>
      </w:pPr>
      <w:r>
        <w:rPr>
          <w:rFonts w:ascii="Arial" w:hAnsi="Arial"/>
          <w:b/>
          <w:i w:val="0"/>
          <w:color w:val="000000"/>
          <w:sz w:val="24"/>
        </w:rPr>
        <w:t xml:space="preserve">Problem Solving: </w:t>
      </w:r>
      <w:r>
        <w:rPr>
          <w:rFonts w:ascii="Arial" w:hAnsi="Arial"/>
          <w:b w:val="0"/>
          <w:i w:val="0"/>
          <w:color w:val="000000"/>
          <w:sz w:val="24"/>
        </w:rPr>
        <w:t>Investigates application issues, improves workflows, and applies practical solutions across frontend, backend, and cloud environments</w:t>
      </w:r>
    </w:p>
    <w:p>
      <w:pPr>
        <w:keepNext/>
        <w:spacing w:before="220" w:after="100"/>
        <w:pBdr>
          <w:bottom w:val="single" w:sz="5" w:space="3" w:color="656565"/>
        </w:pBdr>
      </w:pPr>
      <w:r>
        <w:rPr>
          <w:rFonts w:ascii="Arial" w:hAnsi="Arial"/>
          <w:b/>
          <w:i w:val="0"/>
          <w:color w:val="000000"/>
          <w:sz w:val="28"/>
        </w:rPr>
        <w:t>Projects</w:t>
      </w:r>
    </w:p>
    <w:p>
      <w:pPr>
        <w:keepNext/>
        <w:spacing w:before="100" w:after="20"/>
      </w:pPr>
      <w:r>
        <w:rPr>
          <w:rFonts w:ascii="Arial" w:hAnsi="Arial"/>
          <w:b/>
          <w:i w:val="0"/>
          <w:color w:val="000000"/>
          <w:sz w:val="26"/>
        </w:rPr>
        <w:t>GSM Feed</w:t>
      </w:r>
    </w:p>
    <w:p>
      <w:pPr>
        <w:keepNext/>
        <w:spacing w:after="60"/>
      </w:pPr>
      <w:r>
        <w:rPr>
          <w:rFonts w:ascii="Arial" w:hAnsi="Arial"/>
          <w:b w:val="0"/>
          <w:i/>
          <w:color w:val="3D3D3D"/>
          <w:sz w:val="23"/>
        </w:rPr>
        <w:t>Next.js | React | Laravel | PHP | REST APIs</w:t>
      </w:r>
    </w:p>
    <w:p>
      <w:pPr>
        <w:spacing w:after="66" w:line="252" w:lineRule="auto"/>
        <w:ind w:left="317" w:hanging="230"/>
      </w:pPr>
      <w:r>
        <w:rPr>
          <w:rFonts w:ascii="Arial" w:hAnsi="Arial"/>
          <w:b w:val="0"/>
          <w:i w:val="0"/>
          <w:color w:val="000000"/>
          <w:sz w:val="24"/>
        </w:rPr>
        <w:t>- Contribute to full-stack product development, maintenance, API-connected workflows, testing, and production support.</w:t>
      </w:r>
    </w:p>
    <w:p>
      <w:pPr>
        <w:keepNext/>
        <w:spacing w:before="100" w:after="20"/>
      </w:pPr>
      <w:r>
        <w:rPr>
          <w:rFonts w:ascii="Arial" w:hAnsi="Arial"/>
          <w:b/>
          <w:i w:val="0"/>
          <w:color w:val="000000"/>
          <w:sz w:val="26"/>
        </w:rPr>
        <w:t>Project Mix</w:t>
      </w:r>
    </w:p>
    <w:p>
      <w:pPr>
        <w:keepNext/>
        <w:spacing w:after="60"/>
      </w:pPr>
      <w:r>
        <w:rPr>
          <w:rFonts w:ascii="Arial" w:hAnsi="Arial"/>
          <w:b w:val="0"/>
          <w:i/>
          <w:color w:val="3D3D3D"/>
          <w:sz w:val="23"/>
        </w:rPr>
        <w:t>Next.js | React Native | Expo | Laravel | PHP</w:t>
      </w:r>
    </w:p>
    <w:p>
      <w:pPr>
        <w:spacing w:after="66" w:line="252" w:lineRule="auto"/>
        <w:ind w:left="317" w:hanging="230"/>
      </w:pPr>
      <w:r>
        <w:rPr>
          <w:rFonts w:ascii="Arial" w:hAnsi="Arial"/>
          <w:b w:val="0"/>
          <w:i w:val="0"/>
          <w:color w:val="000000"/>
          <w:sz w:val="24"/>
        </w:rPr>
        <w:t>- Build web and cross-platform mobile experiences for iOS and Android with shared backend-connected workflows.</w:t>
      </w:r>
    </w:p>
    <w:p>
      <w:pPr>
        <w:keepNext/>
        <w:spacing w:before="100" w:after="20"/>
      </w:pPr>
      <w:r>
        <w:rPr>
          <w:rFonts w:ascii="Arial" w:hAnsi="Arial"/>
          <w:b/>
          <w:i w:val="0"/>
          <w:color w:val="000000"/>
          <w:sz w:val="26"/>
        </w:rPr>
        <w:t>Coolmix</w:t>
      </w:r>
    </w:p>
    <w:p>
      <w:pPr>
        <w:keepNext/>
        <w:spacing w:after="60"/>
      </w:pPr>
      <w:r>
        <w:rPr>
          <w:rFonts w:ascii="Arial" w:hAnsi="Arial"/>
          <w:b w:val="0"/>
          <w:i/>
          <w:color w:val="3D3D3D"/>
          <w:sz w:val="23"/>
        </w:rPr>
        <w:t>React | Next.js | Laravel | PHP</w:t>
      </w:r>
    </w:p>
    <w:p>
      <w:pPr>
        <w:spacing w:after="66" w:line="252" w:lineRule="auto"/>
        <w:ind w:left="317" w:hanging="230"/>
      </w:pPr>
      <w:r>
        <w:rPr>
          <w:rFonts w:ascii="Arial" w:hAnsi="Arial"/>
          <w:b w:val="0"/>
          <w:i w:val="0"/>
          <w:color w:val="000000"/>
          <w:sz w:val="24"/>
        </w:rPr>
        <w:t>- Develop website and product features within Mix Global's digital product ecosystem.</w:t>
      </w:r>
    </w:p>
    <w:p>
      <w:pPr>
        <w:keepNext/>
        <w:spacing w:before="100" w:after="20"/>
      </w:pPr>
      <w:r>
        <w:rPr>
          <w:rFonts w:ascii="Arial" w:hAnsi="Arial"/>
          <w:b/>
          <w:i w:val="0"/>
          <w:color w:val="000000"/>
          <w:sz w:val="26"/>
        </w:rPr>
        <w:t>Muse Elevar</w:t>
      </w:r>
    </w:p>
    <w:p>
      <w:pPr>
        <w:keepNext/>
        <w:spacing w:after="60"/>
      </w:pPr>
      <w:r>
        <w:rPr>
          <w:rFonts w:ascii="Arial" w:hAnsi="Arial"/>
          <w:b w:val="0"/>
          <w:i/>
          <w:color w:val="3D3D3D"/>
          <w:sz w:val="23"/>
        </w:rPr>
        <w:t>Angular | .NET | AWS | Microsoft Azure | Testing</w:t>
      </w:r>
    </w:p>
    <w:p>
      <w:pPr>
        <w:spacing w:after="66" w:line="252" w:lineRule="auto"/>
        <w:ind w:left="317" w:hanging="230"/>
      </w:pPr>
      <w:r>
        <w:rPr>
          <w:rFonts w:ascii="Arial" w:hAnsi="Arial"/>
          <w:b w:val="0"/>
          <w:i w:val="0"/>
          <w:color w:val="000000"/>
          <w:sz w:val="24"/>
        </w:rPr>
        <w:t>- Developed enterprise application features, maintained modules, supported backend integration, and contributed to testing and cloud delivery.</w:t>
      </w:r>
    </w:p>
    <w:p>
      <w:pPr>
        <w:keepNext/>
        <w:spacing w:before="220" w:after="100"/>
        <w:pBdr>
          <w:bottom w:val="single" w:sz="5" w:space="3" w:color="656565"/>
        </w:pBdr>
      </w:pPr>
      <w:r>
        <w:rPr>
          <w:rFonts w:ascii="Arial" w:hAnsi="Arial"/>
          <w:b/>
          <w:i w:val="0"/>
          <w:color w:val="000000"/>
          <w:sz w:val="28"/>
        </w:rPr>
        <w:t>Education</w:t>
      </w:r>
    </w:p>
    <w:p>
      <w:pPr>
        <w:tabs>
          <w:tab w:pos="9907" w:val="right"/>
        </w:tabs>
        <w:spacing w:after="20"/>
      </w:pPr>
      <w:r>
        <w:rPr>
          <w:rFonts w:ascii="Arial" w:hAnsi="Arial"/>
          <w:b/>
          <w:i w:val="0"/>
          <w:color w:val="000000"/>
          <w:sz w:val="24"/>
        </w:rPr>
        <w:t>Bachelor of Technology, Electronics and Communication Engineering</w:t>
      </w:r>
      <w:r>
        <w:rPr>
          <w:rFonts w:ascii="Arial" w:hAnsi="Arial"/>
          <w:b w:val="0"/>
          <w:i w:val="0"/>
          <w:color w:val="000000"/>
          <w:sz w:val="24"/>
        </w:rPr>
        <w:tab/>
        <w:t>2016 - 2020</w:t>
      </w:r>
    </w:p>
    <w:p>
      <w:pPr>
        <w:spacing w:after="100"/>
      </w:pPr>
      <w:r>
        <w:rPr>
          <w:rFonts w:ascii="Arial" w:hAnsi="Arial"/>
          <w:b w:val="0"/>
          <w:i/>
          <w:color w:val="3D3D3D"/>
          <w:sz w:val="23"/>
        </w:rPr>
        <w:t>APJ Abdul Kalam Technological University, Kerala, India</w:t>
      </w:r>
    </w:p>
    <w:p>
      <w:pPr>
        <w:keepNext/>
        <w:spacing w:before="220" w:after="100"/>
        <w:pBdr>
          <w:bottom w:val="single" w:sz="5" w:space="3" w:color="656565"/>
        </w:pBdr>
      </w:pPr>
      <w:r>
        <w:rPr>
          <w:rFonts w:ascii="Arial" w:hAnsi="Arial"/>
          <w:b/>
          <w:i w:val="0"/>
          <w:color w:val="000000"/>
          <w:sz w:val="28"/>
        </w:rPr>
        <w:t>Certifications and Recognition</w:t>
      </w:r>
    </w:p>
    <w:p>
      <w:pPr>
        <w:spacing w:after="50" w:line="250" w:lineRule="auto"/>
      </w:pPr>
      <w:r>
        <w:rPr>
          <w:rFonts w:ascii="Arial" w:hAnsi="Arial"/>
          <w:b/>
          <w:i w:val="0"/>
          <w:color w:val="000000"/>
          <w:sz w:val="24"/>
        </w:rPr>
        <w:t xml:space="preserve">2022: </w:t>
      </w:r>
      <w:r>
        <w:rPr>
          <w:rFonts w:ascii="Arial" w:hAnsi="Arial"/>
          <w:b w:val="0"/>
          <w:i w:val="0"/>
          <w:color w:val="000000"/>
          <w:sz w:val="24"/>
        </w:rPr>
        <w:t>Microsoft Certified Azure Fundamentals</w:t>
      </w:r>
    </w:p>
    <w:p>
      <w:pPr>
        <w:spacing w:after="50" w:line="250" w:lineRule="auto"/>
      </w:pPr>
      <w:r>
        <w:rPr>
          <w:rFonts w:ascii="Arial" w:hAnsi="Arial"/>
          <w:b/>
          <w:i w:val="0"/>
          <w:color w:val="000000"/>
          <w:sz w:val="24"/>
        </w:rPr>
        <w:t xml:space="preserve">2023: </w:t>
      </w:r>
      <w:r>
        <w:rPr>
          <w:rFonts w:ascii="Arial" w:hAnsi="Arial"/>
          <w:b w:val="0"/>
          <w:i w:val="0"/>
          <w:color w:val="000000"/>
          <w:sz w:val="24"/>
        </w:rPr>
        <w:t>AWS Certified Developer Associate</w:t>
      </w:r>
    </w:p>
    <w:p>
      <w:pPr>
        <w:spacing w:after="50" w:line="250" w:lineRule="auto"/>
      </w:pPr>
      <w:r>
        <w:rPr>
          <w:rFonts w:ascii="Arial" w:hAnsi="Arial"/>
          <w:b/>
          <w:i w:val="0"/>
          <w:color w:val="000000"/>
          <w:sz w:val="24"/>
        </w:rPr>
        <w:t xml:space="preserve">2024: </w:t>
      </w:r>
      <w:r>
        <w:rPr>
          <w:rFonts w:ascii="Arial" w:hAnsi="Arial"/>
          <w:b w:val="0"/>
          <w:i w:val="0"/>
          <w:color w:val="000000"/>
          <w:sz w:val="24"/>
        </w:rPr>
        <w:t>On the Fly Award, Quest Global</w:t>
      </w:r>
    </w:p>
    <w:p>
      <w:pPr>
        <w:spacing w:after="50" w:line="250" w:lineRule="auto"/>
      </w:pPr>
      <w:r>
        <w:rPr>
          <w:rFonts w:ascii="Arial" w:hAnsi="Arial"/>
          <w:b/>
          <w:i w:val="0"/>
          <w:color w:val="000000"/>
          <w:sz w:val="24"/>
        </w:rPr>
        <w:t xml:space="preserve">2025: </w:t>
      </w:r>
      <w:r>
        <w:rPr>
          <w:rFonts w:ascii="Arial" w:hAnsi="Arial"/>
          <w:b w:val="0"/>
          <w:i w:val="0"/>
          <w:color w:val="000000"/>
          <w:sz w:val="24"/>
        </w:rPr>
        <w:t>Google Data Analytics Certificate | Google UX Design Certificate</w:t>
      </w:r>
    </w:p>
    <w:p>
      <w:pPr>
        <w:keepNext/>
        <w:spacing w:before="220" w:after="100"/>
        <w:pBdr>
          <w:bottom w:val="single" w:sz="5" w:space="3" w:color="656565"/>
        </w:pBdr>
      </w:pPr>
      <w:r>
        <w:rPr>
          <w:rFonts w:ascii="Arial" w:hAnsi="Arial"/>
          <w:b/>
          <w:i w:val="0"/>
          <w:color w:val="000000"/>
          <w:sz w:val="28"/>
        </w:rPr>
        <w:t>Additional Information</w:t>
      </w:r>
    </w:p>
    <w:p>
      <w:pPr>
        <w:spacing w:after="50" w:line="250" w:lineRule="auto"/>
      </w:pPr>
      <w:r>
        <w:rPr>
          <w:rFonts w:ascii="Arial" w:hAnsi="Arial"/>
          <w:b/>
          <w:i w:val="0"/>
          <w:color w:val="000000"/>
          <w:sz w:val="24"/>
        </w:rPr>
        <w:t xml:space="preserve">Location: </w:t>
      </w:r>
      <w:r>
        <w:rPr>
          <w:rFonts w:ascii="Arial" w:hAnsi="Arial"/>
          <w:b w:val="0"/>
          <w:i w:val="0"/>
          <w:color w:val="000000"/>
          <w:sz w:val="24"/>
        </w:rPr>
        <w:t>Dubai, UAE</w:t>
      </w:r>
    </w:p>
    <w:p>
      <w:pPr>
        <w:spacing w:after="50" w:line="250" w:lineRule="auto"/>
      </w:pPr>
      <w:r>
        <w:rPr>
          <w:rFonts w:ascii="Arial" w:hAnsi="Arial"/>
          <w:b/>
          <w:i w:val="0"/>
          <w:color w:val="000000"/>
          <w:sz w:val="24"/>
        </w:rPr>
        <w:t xml:space="preserve">Work authorization: </w:t>
      </w:r>
      <w:r>
        <w:rPr>
          <w:rFonts w:ascii="Arial" w:hAnsi="Arial"/>
          <w:b w:val="0"/>
          <w:i w:val="0"/>
          <w:color w:val="000000"/>
          <w:sz w:val="24"/>
        </w:rPr>
        <w:t>UAE work visa; open to relevant opportunities</w:t>
      </w:r>
    </w:p>
    <w:sectPr w:rsidR="00FC693F" w:rsidRPr="0006063C" w:rsidSect="00034616">
      <w:pgSz w:w="12240" w:h="15840"/>
      <w:pgMar w:top="720" w:right="1037" w:bottom="720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0" w:lineRule="auto"/>
    </w:pPr>
    <w:rPr>
      <w:rFonts w:ascii="Arial" w:hAnsi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Meenu Madhu ATS Resume</dc:title>
  <dc:subject>Frontend-Focused Full Stack Developer</dc:subject>
  <dc:creator>Meenu Madhu</dc:creator>
  <cp:keywords>Angular, React, Next.js, React Native, .NET, Laravel, PHP, AWS, Azure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